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מרכזיות ואת רעיון שביל הזהב - לא מעט מדי ולא יותר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תירוץ לסיבה אמיתית,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ולתרגל לקיחת 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עין טובה, כבוד ואהבת הזולת, ולבטא הכרת טוב כלפי אנשים משמעותיים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מידה? כרטיסי מידות ושביל הזהב – התאמת מידות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את הטוב באנשים ולשמוח בהצלחתם)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ולהתמיד בלי לכעוס, גם כשלוקח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(להעניק מזמני ומכוחותיי בלב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(לעשות את הנכון גם כשמפחדים)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מידה? כרטיסי מידות ושביל הזהב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מידה? כרטיסי מידות ושביל הזהב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מידה והסבר אמיתי וענייני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בחירה: תירוץ, סיבה ודחף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תירוץ נשמע כמו סיבה, אבל בעיקר עוזר לנו לא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הדוגמה שהוזכרה בשיעור לסיבה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של השיעור – תמיד נשאר מרחב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תירוץ, סיבה ודחף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(משהו שבאמת חוסם אותי כרגע, כמו מחלה)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שנשמע כמו סיבה אבל מאפשר לא לנסות)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(תגובה מיידית בלי לעצור ולחשוב)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תירוץ, סיבה ודחף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יש הקלה, אבל אחר כך לרוב מגיעה אכזבה או תחושה שלא התקדמנו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אחריות: המעגלים שלי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שלמדנו בשיעור על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אחריות היא לקיחת בעלות ותיקון, ולא רק תחושת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הציגה היחידה את שלושת המעגלים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המעגלים שלי – לאיזה מעגל זה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(כלפי הקרובים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(כלפי 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המעגלים שלי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שמתארת פעולה כלפי עצמי - למשל להתכונן למבחן או לשמור על הבריאות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עין טובה, כבוד ואהבת הזולת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באנשים ובמצבים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לפגוע באדם, במילים או במעשים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עין טובה, כבוד ואהבת הזולת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בדיון על הסיפור מחפשים את רגעי חוסר הכבוד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טובה, כבוד ואהבת הזולת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טובה, כבוד ואהבת הזולת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(גבול – לא לפגוע באדם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– להיטיב ולחפש את טובת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(לחפש קודם את הטוב במצב או באדם)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(לפרש מצב בחשדנות או בשלילה)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הכרת הטוב וסיכום המסע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לב באמת למה שאחרים נתנו לי ולהחזיר במילה ובמעשה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זומא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הכרת הטוב וסיכום המסע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ביניהם הוא איך כל אחד מהם מתייחס למה שקיבל, לא במה שקיבל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לכתוב תודה לכל אדם משמעותי - מבוגר, חבר או כל מי שעזר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הכרת הטוב וסיכום המסע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הכרת הטוב וסיכום המסע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שנאמרת בלי מחשבה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(לשים לב מה בדיוק קיבלתי וממי)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(לראות קודם את הטוב במצב או באדם)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(נפתחת בסוף השנה עם המילה שנבחרה בספטמבר)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בחירה ממוספרות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קורה כשיש מעט מדי ומה כשיש יותר מדי ממידה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סיבה מסבירה את המצב, תירוץ עוצר אותי בתוכו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שם המידה והסבר קצר למה היא חשובה לתלמיד/ה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כוללת פירוט מעשה קונקרטי ולא רק 'תודה'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שמידה טובה יכולה להיות גם מוגזמת, ושיש איזון 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בבירור בין הסבר שחוסם לבין קושי אמיתי, ולא רק חוזרת על ההגדרה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מעגל ברור (עצמי, קרובים או קהילה) ופעולה מעשית וקטנה, לא כללית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אחד בכל פעם,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(ד-ו) מומלץ להוסיף ציור או משחק תפקידים במקום חלק מהכתיבה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תמיד בחירה אם לשתף תשובות אישיות בקול, ולהציע שיתוף בכתב בלבד למי שמעדיף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חזרה בין הפרקים - למשל לחבר מידת אחריות מהתוכנית החודשית לדוגמה מכרטיסי המידות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צעד אחר צעד את המידות שפגשתם במסע - מידה אחת בכל פעם. אפשר לעבוד לבד, בזוגות או בקבוצה קטנה, ואין צורך לשתף דברים אישיים אם לא רוצים. בסוף כל פרק יש שאלה קטנה שעוזרת לבדוק מה הבנתם.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רעך  ·  מאמץ  ·  טובה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מידה? כרטיסי מידות ושביל הזהב – התאמת מידות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לעשות את הנכון גם כשמפחדים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לראות את הטוב באנשים ולשמוח בהצלחתם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לחכות ולהתמיד בלי לכעוס, גם כשלוקח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להעניק מזמני ומכוחותיי בלב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מידה? כרטיסי מידות ושביל הזהב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מידה מתארת שמחה בהצלחה של אחרים, בלי להשוות?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תלמיד שנשאר אחרי השיעור כדי לעזור בסידור הכיתה מדגים בעיקר איזו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מידה? כרטיסי מידות ושביל הזהב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אחת מכרטיסי המידות שחשוב לכם לחזק, וכתבו למה דווקא היא.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בחירה: תירוץ, סיבה ודחף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תירוץ הוא משפט שמסביר באמת למה אי אפשר לעשות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סיבה אמיתית היא משהו שבאמת חוסם אותי כרגע, למשל מחלה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כשיש קושי אמיתי, עדיין נשארת לי בחירה לגבי הצעד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בחירה: תירוץ, סיבה ודחף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סיבה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שנשמע כמו סיבה אבל מאפשר לא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תגובה מיידית בלי לעצור ולחשוב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דחף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משהו שבאמת חוסם אותי כרגע, כמו מחלה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בחירה: תירוץ, סיבה ודחף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מרגישים בדרך כלל אחרי שמשתמשים בתירוץ, ולטווח ארוך?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אחריות: המעגלים שלי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היא היכולת להגיד 'זה שלי' על מה שעשיתי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אשמה ואחריות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שלושה מעגלי אחריות: כלפי עצמי, כלפי הקרובים אליי וכלפי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אחריות: המעגלים שלי – לאיזה מעגל זה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כיסא הפוך שנשאר בכיתה בסוף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כלפי הקרובים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הודעה פוגענית שהעברתי הלאה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שיעורי בית שלא הגשתי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כלפי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אחריות: המעגלים שלי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למעגל האחריות כלפי 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עין טובה, כבוד ואהבת הזולת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עין טובה פירושה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מכל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לחפש קודם את הטוב באנשים ובמצבים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רק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כבוד בין אנשים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לפגוע באדם, במילים או במעשים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בקול רם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עין טובה, כבוד ואהבת הזולת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עין טובה אומרת לוותר על גבולות גם כשמשהו באמת פוגע 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הקבוצה שנפתחה מחדש היו רגעים של חוסר כבוד בין החברים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עין טובה, כבוד ואהבת הזולת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המוכר אומר: ואהבת ל__________ כמוך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הכיסא הריק כל זוג כתב שני המשכים – אחד בעין צרה ואחד בעין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עין טובה, כבוד ואהבת הזולת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לחפש קודם את הטוב במצב או באדם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גבול – לא לפגוע באדם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לפרש מצב בחשדנות או בשלילה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פעולה – להיטיב ולחפש את טובת 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הכרת הטוב וסיכום המסע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הכרת הטוב, לפי הרעיון הגדול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לומר תודה בלי לחשוב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לב באמת למה שאחרים נתנו לי ולהחזיר במילה ובמעשה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מתנות מכל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סיפר על ההבדל בין אורח טוב לאורח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 זומא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רבי עקיבא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הכרת הטוב וסיכום המסע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בן זומא, האורח הטוב והאורח הרע קיבלו בדיוק אותה ארוחה, אבל הגיבו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להודות רק למי שהוא חבר קרוב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הכרת הטוב וסיכום המסע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מה שהופך תודה לחזקה הוא פירוט, השפעה, והכרה ב__________ של הנותן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הכרת הטוב וסיכום המסע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תודה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לראות קודם את הטוב במצב או באדם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הכרה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נפתחת בסוף השנה עם המילה שנבחרה בספטמבר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שנאמרת בלי מחשבה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מעטפת המצפן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לשים לב מה בדיוק קיבלתי וממי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בחירה ממוספרות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מידה מתארת את היכולת לחכות ולהתמיד בלי לכעוס?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כרטיסי המידות מראים גם את 'שביל הזהב'. מה זה 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קורה כשיש מעט מדי ומה כשיש יותר מדי ממידה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איזו מידה הכי יקרה במכירה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המציא את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בין סיבה אמיתית לתירוץ?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 מסבירה את המצב, תירוץ עוצר אותי 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תירוץ תמיד נכון וסיבה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אחת מתוך 35 כרטיסי המידות שהייתם רוצים לחזק אצלכם. 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תודה אחד למישהו שעזר לכם, וכללו בו פירוט של מה בדיוק הוא עשה עבורכם.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תני דוגמה למידה אחת ולשביל הזהב שלה - מה קורה כשיש ממנה מעט מדי, ומה כשיש יותר מדי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בעצמכם מה ההבדל בין תירוץ לבין סיבה אמיתית, עם דוגמה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