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מידות מרכזיות ואת רעיון שביל הזהב - לא מעט מדי ולא יותר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תירוץ לסיבה אמיתית, ובין דחף לבחירה מודעת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מעגלי אחריות שונים ולתרגל לקיחת אחריות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עין טובה, כבוד ואהבת הזולת, ולבטא הכרת טוב כלפי אנשים משמעותיים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מהי מידה? כרטיסי מידות ושביל הזהב – התאמת מידות להגדרות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(לראות את הטוב באנשים ולשמוח בהצלחתם)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(לחכות ולהתמיד בלי לכעוס, גם כשלוקח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(להעניק מזמני ומכוחותיי בלב שלם)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(לעשות את הנכון גם כשמפחדים)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(להכיר ביכולותיי בלי להתנשא וללמוד מכל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(לקחת בעלות על מעשיי ועל מה שהופקד בידיי)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מהי מידה? כרטיסי מידות ושביל הזהב – זיהוי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עין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גם במידה טובה אפשר להגזים, בכיוון אחד או בשני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נדיבות וטוב לב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מהי מידה? כרטיסי מידות ושביל הזהב – חשיבה וכתיבה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הכוללת שם מידה והסבר אמיתי וענייני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שתי דוגמאות מנוגדות סביב אותה מידה, למשל מעט מדי אומץ מול הרבה מדי אומץ שהופך לפזיזות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שמזהה שצריך לתעדף ולבחור מה חשוב יותר, ולא אפשר להתמקד בהכול בבת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בחירה: תירוץ, סיבה ודחף – מה למדנו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תירוץ נשמע כמו סיבה, אבל בעיקר עוזר לנו לא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בדיוק הדוגמה שהוזכרה בשיעור לסיבה אמיתית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הרעיון המרכזי של השיעור – תמיד נשאר מרחב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דחף הוא תגובה מיידית, ובחירה היא החלטה אחרי עצירה למחשבה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בחירה: תירוץ, סיבה ודחף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(משהו שבאמת חוסם אותי כרגע, כמו מחלה)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(משפט שנשמע כמו סיבה אבל מאפשר לא לנסות)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(תגובה מיידית בלי לעצור ולחשוב)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(החלטה מודעת אחרי שעצרתי לרגע לחשוב)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(ניסוח מחדש של תירוץ לצעד מעשי שאפשר לעשות)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בחירה: תירוץ, סיבה ודחף – חושבים לעומק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'אין לי כוח ללמוד' הופך ל'אני מתחיל בעשר דקות של סיכום'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אני עייף אחרי יום ארוך, אבל עדיין יכול לבחור לעשות קצת שיעורי בית במקום לוותר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דחף הוא תגובה מהירה בלי מחשבה; בחירה היא החלטה אחרי שעצרתי וחשבתי מה אני באמת רוצה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בהתחלה יש הקלה, אבל אחר כך לרוב מגיעה אכזבה או תחושה שלא התקדמנו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אחריות: המעגלים שלי – היכרות עם הרעיון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שלמדנו בשיעור על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אחריות היא לקיחת בעלות ותיקון, ולא רק תחושת אשמה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הציגה היחידה את שלושת המעגלים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לענות גם 'של כולנו'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אחריות: המעגלים שלי – לאיזה מעגל זה שייך?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(כלפי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(כלפי הקרובים אליי)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(כלפי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(כלפי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(כלפי הקרובים אליי)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אחריות: המעגלים שלי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תשובה שמתארת פעולה כלפי עצמי - למשל להתכונן למבחן או לשמור על הבריאות שלי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שמתארת פעולה כלפי בן משפחה או חבר - למשל לעזור לאח בשיעורי 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למשל כי קשה להודות בטעות או לקחת אחריות על תוצאה לא נעימה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הכוללת פעולה ומעגל - עצמי, קרובים או 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עין טובה, כבוד ואהבת הזולת – הכרת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לחפש קודם את הטוב באנשים ובמצבים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לא לפגוע באדם, במילים או במעשים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לפעול ולהיטיב למען האחר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עין טובה, כבוד ואהבת הזולת –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עין טובה לא אומרת לוותר על גבולות כשמשהו באמת פוגע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בדיון על הסיפור מחפשים את רגעי חוסר הכבוד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עין טובה, כבוד ואהבת הזולת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רעך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זכות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עין טובה, כבוד ואהבת הזולת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(גבול – לא לפגוע באדם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(פעולה – להיטיב ולחפש את טובת האחר)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(לחפש קודם את הטוב במצב או באדם)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(לפרש מצב בחשדנות או בשלילה)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הכרת הטוב וסיכום המסע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לשים לב באמת למה שאחרים נתנו לי ולהחזיר במילה ובמעשה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בן זומא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מונים את כל האנשים שעזרו להם בבוקר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הכרת הטוב וסיכום המסע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ההבדל ביניהם הוא איך כל אחד מהם מתייחס למה שקיבל, לא במה שקיבל בפועל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אפשר לכתוב תודה לכל אדם משמעותי - מבוגר, חבר או כל מי שעזר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פירוט הוא אחד משלושת המרכיבים שהופכים תודה לחזקה 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הכרת הטוב וסיכום המסע – השלמת משפטים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התחזקה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הכרת הטוב וסיכום המסע – התאמה וסדר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(מילה שנאמרת בלי מחשבה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(לשים לב מה בדיוק קיבלתי וממי)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(לראות קודם את הטוב במצב או באדם)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(נפתחת בסוף השנה עם המילה שנבחרה בספטמבר)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שאלות בחירה ממוספרות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מה קורה כשיש מעט מדי ומה כשיש יותר מדי ממידה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סיבה מסבירה את המצב, תירוץ עוצר אותי 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במרווח שבין מה שקורה לנו לבין מה שאנחנו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כבוד הוא לא לפגוע, אהבה היא לפעול ולהיטיב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א – לחפש הסבר טוב למעשה של מישהו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א – לפרט מה בדיוק נעשה ומה זה שינה 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חזרה מסכמת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שם המידה והסבר קצר למה היא חשובה לתלמיד/ה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– מתארת מצב, מזהה תירוץ אפשרי, ובוחרת בצעד אחריותי קטן ומעשי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– כוללת פירוט מעשה קונקרטי ולא רק 'תודה' כללית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שמידה טובה יכולה להיות גם מוגזמת, ושיש איזון רצוי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מבחינה בבירור בין הסבר שחוסם לבין קושי אמיתי, ולא רק חוזרת על ההגדרה מהחוברת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מעגל ברור (עצמי, קרובים או קהילה) ופעולה מעשית וקטנה, לא כללית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לחמישה מפגשים קצרים, פרק אחד בכל פעם, בהתאם לקצב הכיתה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צעירות (ד-ו) מומלץ להוסיף ציור או משחק תפקידים במקום חלק מהכתיבה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לאפשר תמיד בחירה אם לשתף תשובות אישיות בקול, ולהציע שיתוף בכתב בלבד למי שמעדיף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חזרה בין הפרקים - למשל לחבר מידת אחריות מהתוכנית החודשית לדוגמה מכרטיסי המידות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הזו תתרגלו צעד אחר צעד את המידות שפגשתם במסע - מידה אחת בכל פעם. אפשר לעבוד לבד, בזוגות או בקבוצה קטנה, ואין צורך לשתף דברים אישיים אם לא רוצים. בסוף כל פרק יש שאלה קטנה שעוזרת לבדוק מה הבנתם.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מהי מידה? כרטיסי מידות ושביל הזהב – התאמת מידות להגדרות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לעשות את הנכון גם כשמפחדים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לקחת בעלות על מעשיי ועל מה שהופקד בידיי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נתינה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לחכות ולהתמיד בלי לכעוס, גם כשלוקח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אומץ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להכיר ביכולותיי בלי להתנשא וללמוד מכל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להעניק מזמני ומכוחותיי בלב שלם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לראות את הטוב באנשים ולשמוח בהצלחתם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מהי מידה? כרטיסי מידות ושביל הזהב – זיהוי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מידה מתארת שמחה בהצלחה של אחרים, בלי להשוות?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עין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אדישות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תלמיד שנשאר אחרי השיעור כדי לעזור בסידור הכיתה מדגים בעיקר איזו 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נתינה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שביל הזהב מלמד אותנו על 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כדאי לתת כמה שיותר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גם במידה טובה אפשר להגזים, בכיוון אחד או בשני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מידות לא קשורות זו לזו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לבחור מידה אחת בלבד לכל 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משל המלח (הקשור לשביל הזהב) שואל בעיקר על אילו מידות אפשר להגזים בהן?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נדיבות וטוב 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קנאה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מהי מידה? כרטיסי מידות ושביל הזהב – חשיבה וכתיבה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אחת מכרטיסי המידות שחשוב לכם לחזק, וכתבו למה דווקא היא.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מידה וכתבו דוגמה למצב של 'מעט מדי' ממנה ודוגמה למצב של 'יותר מדי' ממנה (שביל הזהב).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במכירה הפומבית אי אפשר לקנות את כל 35 המידות. הסבירו מה זה מלמד אותנו על בחירה בחיים.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בחירה: תירוץ, סיבה ודחף – מה למדנו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תירוץ הוא משפט שמסביר באמת למה אי אפשר לעשות משהו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סיבה אמיתית היא משהו שבאמת חוסם אותי כרגע, למשל מחלה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כשיש קושי אמיתי, עדיין נשארת לי בחירה לגבי הצעד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דחף ובחירה הם בדיוק אותו הדבר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בחירה: תירוץ, סיבה ודחף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סיבה אמיתית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ניסוח מחדש של תירוץ לצעד מעשי שאפשר לעשות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תירוץ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תגובה מיידית בלי לעצור ולחשוב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דחף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החלטה מודעת אחרי שעצרתי לרגע לחשוב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בחירה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משהו שבאמת חוסם אותי כרגע, כמו מחלה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משפט של כוח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שנשמע כמו סיבה אבל מאפשר לא לנסות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בחירה: תירוץ, סיבה ודחף – חושבים לעומק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תירוץ אישי שאתם משתמשים בו לפעמים, ונסחו אותו מחדש כמשפט של כוח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שיש בו גם קושי אמיתי וגם מקום לבחירה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לפעול מתוך דחף לבין לפעול מתוך בחירה? הסבירו בשתי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מרגישים בדרך כלל אחרי שמשתמשים בתירוץ, ולטווח ארוך?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אחריות: המעגלים שלי – היכרות עם הרעיון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היא היכולת להגיד 'זה שלי' על מה שעשיתי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אשמה ואחריות הן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שלושה מעגלי אחריות: כלפי עצמי, כלפי הקרובים אליי וכלפי 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במשחק 'של מי זה?' אפשר לענות רק 'שלי' או 'של מישהו אחר'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אחריות: המעגלים שלי – לאיזה מעגל זה שייך?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כיסא הפוך שנשאר בכיתה בסוף היום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כלפי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הודעה פוגענית שהעברתי הלאה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כלפי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שיעורי בית שלא הגשתי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כלפי הקרובים אליי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בקבוק ריק שהשארתי בחצר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כלפי הקרובים אליי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להודות בטעות כלפי חבר שפגעתי 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כלפי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אחריות: המעגלים שלי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דוגמה אחת למעגל האחריות כלפי עצמכם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אחת למעגל האחריות כלפי הקרובים אליי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קשה לפעמים להגיד 'זה שלי' במקום 'זה לא שלי'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פעולה אחריותית אחת שתוכלו לתרגל השבוע, ולאיזה מעגל היא שייכת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עין טובה, כבוד ואהבת הזולת – הכרת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עין טובה פירושה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מכל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לחפש קודם את הטוב באנשים ובמצבים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רק על 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לפחד מכל דבר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כבוד בין אנשים הוא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לתת מתנות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לפגוע באדם, במילים או במעשים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בקול רם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להסכים לכל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אהבת הזולת, בשונה מכבוד, היא...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לא לפגוע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לפעול ולהיטיב למען האחר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יפה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עין טובה, כבוד ואהבת הזולת –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עין טובה אומרת לוותר על גבולות גם כשמשהו באמת פוגע 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הקבוצה שנפתחה מחדש היו רגעים של חוסר כבוד בין החברים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עין טובה, כבוד ואהבת הזולת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המשפט המוכר אומר: ואהבת ל__________ כמוך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הכיסא הריק כל זוג כתב שני המשכים – אחד בעין צרה ואחד בעין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המשנה מלמדת: הוי דן את כל האדם לכף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עין טובה, כבוד ואהבת הזולת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לפרש מצב בחשדנות או בשלילה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אהבת הזולת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לחפש קודם את הטוב במצב או באדם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גבול – לא לפגוע באדם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עין 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פעולה – להיטיב ולחפש את טובת האחר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הכרת הטוב וסיכום המסע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הכרת הטוב, לפי הרעיון הגדול של היחידה?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לומר תודה בלי לחשוב על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 באמת למה שאחרים נתנו לי ולהחזיר במילה ובמעשה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לקבל מתנות מכל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לדאוג שכולם יגידו לי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סיפר על ההבדל בין אורח טוב לאורח רע?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בן זומא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משה רבנו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בפעילות 'מי עזר לי היום', מה התלמידים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מונים את כל האנשים שעזרו להם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משחקים משחק כדור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מציירים ציור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הכרת הטוב וסיכום המסע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בן זומא, האורח הטוב והאורח הרע קיבלו בדיוק אותה ארוחה, אבל הגיבו אחרת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להודות רק למי שהוא חבר קרוב מאוד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מכתב תודה חזק צריך לכלול פירוט מדויק של מה שקרה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הכרת הטוב וסיכום המסע – השלמת משפטים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מה שהופך תודה לחזקה הוא פירוט, השפעה, והכרה ב__________ של הנותן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בסיום מסע השנה כל תלמיד משלים את המשפט: 'המידה שהכי __________ אצלי השנה היא...'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הכרת הטוב קשורה למידה שנלמדה בנובמבר - עין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הכרת הטוב וסיכום המסע – התאמה וסדר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תודה אוטומטית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לשים לב מה בדיוק קיבלתי וממי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הכרה אמיתית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מילה שנאמרת בלי מחשבה אמיתית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נפתחת בסוף השנה עם המילה שנבחרה בספטמבר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מעטפת המצפן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לראות קודם את הטוב במצב או באדם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שאלות בחירה ממוספרות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מידה מתארת את היכולת לחכות ולהתמיד בלי לכעוס?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סבלנות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אומץ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ענווה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כרטיסי המידות מראים גם את 'שביל הזהב'. מה זה מראה?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קורה כשיש מעט מדי ומה כשיש יותר מדי ממידה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איזו מידה הכי יקרה במכירה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 המציא את המידה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כמה כרטיסים יש בסך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סיבה אמיתית לתירוץ?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 מסבירה את המצב, תירוץ עוצר אותי 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תירוץ תמיד נכון וסיבה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תירוץ עוזר לי להתקדם קדימה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ביחידת הבחירה, היכן נמצאת הבחירה שלנו?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במרווח שבין מה שקורה לנו לבין מה שאנחנו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רק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במערכת השעות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מעגלי אחריות נלמדים ביחידת האחריות?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ההבדל בין כבוד לבין אהבת הזולת?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 הוא לא לפגוע, אהבה היא לפעול ולהיטיב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הם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כבוד זה רק כלפי 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אהבה זה רק כלפי חברים קרובים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מה המשמעות של 'לדון לכף זכות'?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לחפש הסבר טוב למעשה של מישהו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להעניש מישהו על טעות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מהבעיה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לכעוס על מי שטעה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מה הופך תודה ל'תודה חזקה' לפי יחידת הכרת הטוב?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לפרט מה בדיוק נעשה ומה זה שינה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להגיד תודה מהר ובקצרה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לכתוב תודה ארוכה מאוד בלי פרטים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להגיד כלום ולשמור בלב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חזרה מסכמת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מידה אחת מתוך 35 כרטיסי המידות שהייתם רוצים לחזק אצלכם. הסבירו למה בחרתם 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אפשר לבחור בין תירוץ לבין צעד קטן של אחריות. מה הייתם בוחרים לעשות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תודה אחד למישהו שעזר לכם, וכללו בו פירוט של מה בדיוק הוא עשה עבורכם.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תני דוגמה למידה אחת ולשביל הזהב שלה - מה קורה כשיש ממנה מעט מדי, ומה כשיש יותר מדי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בעצמכם מה ההבדל בין תירוץ לבין סיבה אמיתית, עם דוגמה משלכם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מעגל אחריות אחד שאתם נמצאים בו, ופעולה קטנה שתעשו בו השבוע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מסילות אל הנפש: מידות, בחירה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